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⭐ חט״ב · חנ״מ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⭐ חט״ב ·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📅 סיגד חל בכ״ט ב【חשון】.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⛰️ בני הקהילה עלו על 【הר】.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🤍 הם לבשו בגדים 【לבנים】.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📜 הקסים קראו מן ה【אורית】.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🏙️ היום חוגגים על 【טיילת】 בירושלים.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🤝 החג מלמד על קהילה ו【תקווה】.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יהודי אתיופיה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חמישים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הקסים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לירושלים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מטריות צבעוניות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קהילה ותקווה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הוא חג של יהודי אתיופיה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הם לבשו בגדים לבנים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הקסים קראו מן האורית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חוגגים על טיילת בירושלים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שם עצם ושם תואר – מתאימים 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גבוהה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לבנים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צבעוניות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שמח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סיגד הוא… – 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⛰️ לאן עלו באתיופיה? – להר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📜 מה זה אורית? – ספרי התורה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🤍 איזה צבע לובשים? – לבן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🏙️ איפה חוגגים היום? –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🙏 מה עושים קודם? – מתפללים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👥 מי הם הקסים? – מנהיגי הקהילה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🤝 מה החג מלמד? – קהילה ותקווה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מקרינים אמוג׳י של הר, בגדים לבנים ומטריות. שואלים: מה החג? מקבלים כל ניחוש.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טקסט 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יחד בקול, משפט אחרי משפט. מסמנים מילה חשובה בכל משפט.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התאמה והשלמה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התאמת אמוג׳י למילה ואז השלמת משפטים ממחסן של 6 מילים.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2 ושאלות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את טקסט 2 ועונים על שאלות עם 3 תשובות. מבקשים להצביע על המשפט המוכיח.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דקדוק: מתאימים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 שם עצם ושם תואר עם כרטיסים: מחזיקים את המילה ומחפשים את התואר המתאים.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בקבוצות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קצר; אפשר להאט או לכבות את הטיימר.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חדשה, משהו שהבנתי ופרצוף רגש.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פנו לתלמידים בכבוד של בני נוער: שפה פשוטה, לא ילדותית.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הגדילו את הגופן והציגו משימה אחת בכל פעם, עם אמוג׳י קבוע לכל מושג.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מענה בעל פה, בהצבעה או בגרירה במקום כתיבה ארוכה.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חזרו על מילות המפתח (הר, אורית, קסים, ירושלים) בכל שלב.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השיתוף על בית וגעגוע הוא רשות בלבד.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⭐ חט״ב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