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דף עבודה · ⭐ חט״ב ·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קוראים 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מתרגלים ✏️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מדברים וכותבים 🗣️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א׳ – קוראים 📖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הטקסטים. סמנו מילים חדשות.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⛰️ סיגד באתיופיה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🌾 סיגד הוא חג של קהילה. 👥 הקהילה: יהודי אתיופיה. 📅 הוא חל בכ״ט בחשון. 🍂 חמישים יום אחרי יום הכיפורים.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⛰️ בני הקהילה עלו על הר. 🤍 הם לבשו בגדים לבנים. 📜 הקסים קראו מן האורית. 🏙️ כולם התגעגעו לירושלים.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🕊️ סיגד בישראל 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🇮🇱 היום זה חג של כולנו. 🏙️ חוגגים על טיילת בירושלים. ⛱️ לקסים יש מטריות צבעוניות.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🙏 קודם מתפללים יחד. 🍲 אחר כך אוכלים ושמחים. 🤝 החג מלמד על קהילה ותקווה.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ב׳ – מתרגלים ✏️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1. תמונה ומילה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המילה הנכונה ליד כל תמונה.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מילים: אורית · מטרייה · קהילה · תפילה · הר · ירושלים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2.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מַחְסַן מִלִּים: חשון · הר · לבנים · אורית · טיילת ·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📅 סיגד חל בכ״ט ב__________.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⛰️ בני הקהילה עלו על 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🤍 הם לבשו בגדים 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📜 הקסים קראו מן ה__________.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🏙️ היום חוגגים על __________ בירושלים.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🤝 החג מלמד על קהילה ו__________.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3. הבנת הנקרא – הקיפו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🌾 של מי החג סיגד?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יהודי אתיופיה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יהודי איטליה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יהודי הודו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📅 כמה ימים אחרי יום הכיפורים?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חמישים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📜 מי קראו מן האורית?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הילדים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השכנים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הקסים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🏙️ למה התגעגעו?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לשוק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⛱️ מה יש לקסים היום?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כובעים שחורים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מטריות צבעוניות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דגלים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🤝 מה החג מלמד?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קהילה ותקווה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4. בונים משפט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המילים וכתבו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חג / יהודי אתיופיה / סיגד / הוא / של   (🌾 מה זה סיגד?)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בגדים / הם / לבשו / לבנים   (🤍 מה לבשו?)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קראו / מן / הקסים / האורית   (📜 מה עשו הקסים?)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בירושלים / חוגגים / על / טיילת   (🏙️ איפה חוגגים היום?)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5. דקדוק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שם עצם ושם תואר – מתאימים 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התואר מתאים למילה: הר גבוה (זכר), טיילת גבוהה (נקבה), בגדים לבנים (רבים).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⛰️ הר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גבוהה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גבוהות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🏙️ טיילת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גבוהה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גבוהים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🤍 בגדים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לבן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לבנה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לבנים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⛱️ מטריות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צבעוניות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צבעוני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צבעונית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📜 שפה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עתיק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עתיקים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🎉 חג 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שמח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ג׳ – מדברים וכותבים 🗣️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ביטויים מהחג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ביטוי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זה?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 סיגד שמח! 🌾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ברכה ביום החג.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בשנה הבאה בירושלים 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 תקווה וגעגוע.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 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אנשים שעוזרים זה לזה.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 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כשרוצים מאוד מקום או אדם רחוק.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ברית 🤲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 חשובה לשמור על קשר.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 🙂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 לאחרים ולהתייחס יפה.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מה חשוב לי 💬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2–3 משפטים והשלימו. אפשר לכתוב, לצייר או לומר בעל פה. השיתוף רשות.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פתיחות: 🎉 חג שאני אוהב/ת: … / 🤝 אני מרגיש/ה חלק מקבוצה כאשר … / 💭 מקום שאני מתגעגע/ת אליו: … / 🌟 אני מקווה ש…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מילים שיעזרו: 🎉 חג · 🤝 קהילה · 💭 געגוע · 🌟 תקווה · 🙂 כבוד · 🏠 בית · 👫 חברים · 🎵 שיר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מילה אחת חדשה שלמדתי: 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✅ דבר אחד שהבנתי על החג: 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🙂 איך הרגשתי בשיעור?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 🙂  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דף עבודה לתלמיד – ⭐ חט״ב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