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חט״ב · עולים חדשים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🌍 חט״ב ·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🤍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בגדים לבנים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 סיני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☂️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🍽️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ארוחה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השתחוות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טיילת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חל 【חמישים】 יום אחרי יום הכיפורים.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בסיגד מחדשים את 【הברית】 עם אלוהים ועם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ההר מזכיר את הר 【סיני】, שם ניתנה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אבן על הראש היא סימן של 【ענווה】 ושל חרטה.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【הקסים】 הובילו את התפילה על ההר.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הקסים הסבירו את האורית בשפה ה【אמהרית】.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היום מתאספים על 【טיילת】 גבוהה מול ירושלים.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מיכאל הבין שגעגועים יכולים להיות גם 【תקווה】.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חמישים יום אחרי יום הכיפורים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 –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 – לחידוש הברית בימי עזרא ונחמיה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את הר סיני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כי רוב האנשים כבר לא דיברו געז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טהרה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ד – על טיילת מול העיר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 – שגעגועים יכולים להיות גם תקווה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הוא חג של קהילת ביתא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הקסים קראו מתוך האורית בשפת געז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אנשי הקהילה עלו על הר גבוה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כולם התפללו יחד והתגעגעו לירושלים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היום מתאספים על הטיילת מול העיר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גם אני מתגעגע לבית ולשפה שלי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הווה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 – קורא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 – לובשות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מתגעגע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 – צמים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 – עונה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רוקדות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יחיד ורבים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מטריות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קסים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אבנים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ארוחות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משפחות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לבנים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מילות יחס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מול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עם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מעל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על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כותב/ת על הלוח "סיגד = השתחוות". סבב קצר: איזה חג אתם אוהבים? (מילה או שתיים, אפשר לוותר).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אוצר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התאמת תמונה–מילה + הקראה בקול של מילות המפתח (קסים, אורית, געז, ברית, טיילת).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והבנה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טקסטים 1–2 בזוגות (כל אחד/ת פסקה), ואז שאלות הבנה עם 4 אפשרויות. דיון קצר: למה דווקא הר?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דקדוק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בין הווה ורבים: המורה מדגים/ה מתוך הטקסט, הלומדים פותרים 6 פריטים ובודקים בזוגות.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3 וכתיבה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"הגעגועים של מיכאל" וכתיבה במסגרת "החג שלי / הגעגועים שלי" עם פתיחי משפטים ומחסן מילים.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יציאה. מי שרוצה קורא/ת משפט אחד מהכתיבה. ברכה: "בשנה הבאה בירושלים!".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🏫 התאמה לאולפן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לנצל את ניסיון החיים של הלומדים: לשאול על חגי צום וחגי הודיה בתרבויות שלהם – מרצון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לתרגל שיחה קצרה בזוגות עם כרטיסי "איך אומרים" (ברכה, הזמנה, תודה).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להראות את ההבדל בין עבר (עלו, התפללו) להווה (עולים, מתפללים) על בסיס הטקסטים.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🎒 התאמה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לשלב תלמידים ותיקים כ"חונכי מילים" שעוזרים בקריאה ומסבירים מילים קשות.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להכין לוח כיתתי "מילים של סיגד" בשפות של התלמידים.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לחלק את הכתיבה לשני שלבים: טיוטה בעל-פה בזוג, ואחר כך כתיבה.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⭐ התאמה לחנ״מ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לקצר כל טקסט ל-4 משפטים מרכזיים ולהוסיף אימוג׳י לכל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להשאיר 3 אפשרויות בלבד בכל שאלה (להסתיר את האפשרות הרביעית).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כתיבה בעזרת כרטיסיות מוכנות: הלומד/ת בוחר/ת ומדביק/ה במקום לכתוב.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🌍 חט״ב ·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